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التناص الديني في التائية الصغرى لابن الفارض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طبال أحلام/ مجقال كريمة/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ابن الفارض/ التناص/ التناص الديني/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