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الرمز الأسطوري في ديوان أغاني مهيار الدمشقي لأدونيس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ماجدة/ شرافة كوثر/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 الأسطوري/ التراث الديني/ الشخصيات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