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الحجازية لليازجي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سكحال رقية/ بوشوشة سميرة/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المقامات/ المقامة الحجازية/ اليازجي/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