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الإيقاع في معلقة طرفة بن العبد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سميرة/ دخموش مريم/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الإيقاع/ معلقة طرفة بن العبد/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