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المجتمع السياسي كتاب البخلاء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باغي مسعودة/ فقراوي نادية/ زيناي طارق(مشرفا)/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80088311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البعد السياسي/ الطبقة الحاكمة/ كتاب البخلاء/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