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الألوان في شعر نزار قباني دراسة أسلوبية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بوقارين زينب/ بودرقة نعيمة/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80093111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