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لو وإستعمالاتها فير القرآن الكريم دراسة نحوية ودلالية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أسماء/ عبد المزيان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