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الجماليات في قصيدة الأطلال لابراهيم ناجي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بلغياط هدى/ بوخريص امال/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الجماليات/ قصيدة الأطلال/ إبراهيم ناجي/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