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الدراسة الأسلوبية في قصيدة المساء لإيليا أبي ماضي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جودي حليمة/ شقة سارة/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إيليا أبو ماضي/ الأسلوب والأسلوبية/ مستويات الأسلوبية/ قصيدة "المساء"/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