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الأرض والدم لمولود فرعون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هدى/ دعاس سومية/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تجليات الرواية/ رواية الأرض والدم/ مولود فرعون/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