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السردي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قريبع امال/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السردي/ رواية ذاكرة الجسد/ أحلام مستغانمي/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