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المدينة في رواية خويا دحمان لمرزاق بقطاش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لعتامنة زينب/ بوزغول أحلام/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مرزاق بقطاش/ تجليات المدينة/ رواية خويا دحمان/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