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رواية ليون الإفريقي لأمين معلوف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رابط سمية/ الفني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رواية ليون الإفريقي/ أمين معلوف/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