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سيميائية لرواية الحالم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زارزي كريمة/ بكار فاطمة الزهراء/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سمير قسيمي/ السميائيات اللغوية/ تحليل رواية الحالم/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