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الصورة الشعرية قصيدة لاعب النرد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مخناش شافية/ جامع مفيدة/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80091811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المنظومة التربوية/ قصيدة لاعب النرد/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