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الصوفي قي رواية بياض البيض اليقين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بوكماية آمال/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الخطاب الصوفي/ رواية بياض اليقين/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