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التكرار عند نزار قباني قصيدة بلقيس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قريمد حبيبة/ بوزرارة الزهراء/ بوقاسة فطيمة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80092511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