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اء عند 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مط سارة/ لبيوض حسين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