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في ديوان عفوا سأحمل قدري وأسير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بوخش  بشرى/ زميش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