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الآخر في رواية ساق البامبو لسعود السنعوسي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بلعطار بريزة/ عيساوي نسرين/ بن صخري الزبير(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صورة الآخر/ صورة الأنا العربية/ رواية ساق البامبو/ سعود السنعوسي/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