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الواو والفاء في سورة يوسف دراسة دلالية 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عمرو عياش مروة/ هريمي مريم/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دراسة دلالية نحوية/ الواو والفاء/ سورة يوسف/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