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إجتماعية عند نجيب محفوظ قصر الشو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ة رفيقة/ رحال مسعود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اجتماعية/ قصر الشوق/ نجيب محفو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