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المجموعة القصصية للمدى خطوة وأخرى لعينيك لعلي دغمان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بوالقمح كلثوم/ بن داس سلوى/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العتبات النصية/ علي دغمان/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