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علي ابن حزمون الأندلسي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بوبرام اليزيد/ بوزيدي حمزة/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قصيدة/ علي ابن حزمون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