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الأخلاقية والإجتماعية في شعر الصعاليك تأبط شرا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مسكين ربيعة/ بوحبل ياسمينة/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القيم الأخلاقية/ شعر الصعاليك/ تأ بط شرا/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