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الرمز عند محمود درويش ديوان أثر الفراشة دراسة رمزية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أمينة/ قويص فيروز/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الرمز/ محمود درويش/ المدرسة الرمزية/ ديوان أثر الفراشة/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