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النزعة التفاؤلية عند أبي القاسم الشابي ديوان أغاني الحياة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سناء/ بوطبجة كريمة/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