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الأفعال المضارعة ومعانيها في سورة الجن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لعزيز نجاة/ صيد حياة/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