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المجمعية ودورها في صناعة المعاجم الإصطلاحية مجمع القاهرة 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