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الإسمية وأنماطها في سورة النور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مرغيد سماح/ بن حافظ إيمان/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