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الإستفهام عند بدر شاكر السياب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إيمان/ سرغين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