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الصناعة المعجمية في محيط المحيط لبطرس البستاني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عبد الكريم/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