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الدراسات الصوتية والدلالية لرواية سادة المصير لسفيان زدادقة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سباعي بدر الدين/ سريدي معاد/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