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التكرار في الخطاب العقدي في القرآن الكريم دراسة بلاغية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بوعزيز سمية/ قزيرة مروة/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مظاهر التكرار/ النظام التكراري في الإيقاع الداخلي/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