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معاني حروف العطف في سورة التوبة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كريوط فطيمة/ بوضفار مروة/ قيزة عيسى ( 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81ص.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80095911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أقسام حروف العطف/ عند البصريين/ عند الكوفيين/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