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المقاربة المناصية في دراسة النصوص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رقيعي سامية/ رزايقي زهية/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