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الصوامت و الصوائت عند ابن جني في ضوء الدرس الصوتي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مناع الحسين/ مطاعي هدى/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مخارج الأصوات اللغوية/ تصنيف الأصوات باعتبار الصّفات/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