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الرثاء في شعر نزار قباني دراسة أسلوبية في المستوى الصوتي والمعجمي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دفوس محمد أكرم/ عبود كنزة/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الحقول الدلالية/ البنيات الصوتية/ البنيات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