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المغايرة بين الخبر والإنشاء في القرآن الكريم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خديجة/ بوقطة رقية/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القواعد التحويلية/ الأساليب  الإنشائية/ الانزياح  بين الخبر والإنشاء/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