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أدوات الإتساق في القرآن الكريم سورة النور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بلخن سعاد/ بلبيوض مفيدة/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لسانيات النص/ مفهوم النص/ الدراسات اللغوية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