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في كتاب شرح كافية ابن الحاجب مقاربة تحليلية للكتاب 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سكينة/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