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في شعر أبي البقاء الرندي رثاء الأندلس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سعيدة/ خريفة عفاف/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الصوامت/ الدراسات الصوتية والدلالية/ التحميل الصوتي للقصيدة/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