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التداولية في رواية آخر الفرسان لفريد الأنصاري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قسوم حياة/ بومليط نوارة/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قضايا اللسانيات التداولية/ انواع الكفايات/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