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القصدية في رواية كشف المحجوب لفريد الأنصاري (دراسة تداولية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 وفاء/ بن عبد القادر راقية/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 التداولية/ أنواع الروايات/ النظرية القصدية/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