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البحث عن وليد مسعود لجبرا ابراهيم جبرا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لموي دنيا/ خرباش اسيا/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