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الشعري في ديوان أبي العتاهية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سفيان أميرة/ شوشان نورة/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