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الأسماء المشتقة ودلالتها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مرحوم رقية/ حقيب نجاة/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