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عاشق من فلسطين لمحمود درويش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زغبيب غنية/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