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رواية شعلة المايدة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سي أ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رواية شعلة الما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