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عبد الملك مرتاض مرايا مشطية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قاسمية إيمان/ رابحي درية/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رواية عبد الملك مرتاض/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